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74F87" w14:textId="77777777" w:rsidR="001334C5" w:rsidRPr="00CF08DF" w:rsidRDefault="00000000">
      <w:pPr>
        <w:spacing w:after="560"/>
        <w:jc w:val="center"/>
        <w:rPr>
          <w:lang w:val="sv-SE"/>
        </w:rPr>
      </w:pPr>
      <w:r w:rsidRPr="00CF08DF">
        <w:rPr>
          <w:b/>
          <w:sz w:val="25"/>
          <w:lang w:val="sv-SE"/>
        </w:rPr>
        <w:t>CHECKLISTA HEMSTÄDNING</w:t>
      </w:r>
    </w:p>
    <w:p w14:paraId="4362ACC2" w14:textId="77777777" w:rsidR="001334C5" w:rsidRPr="006216B5" w:rsidRDefault="00000000">
      <w:pPr>
        <w:spacing w:before="80" w:after="160"/>
        <w:ind w:left="680"/>
        <w:rPr>
          <w:lang w:val="sv-SE"/>
        </w:rPr>
      </w:pPr>
      <w:r w:rsidRPr="006216B5">
        <w:rPr>
          <w:b/>
          <w:lang w:val="sv-SE"/>
        </w:rPr>
        <w:t>Alla rum</w:t>
      </w:r>
    </w:p>
    <w:p w14:paraId="1DED034E" w14:textId="16A6DD01" w:rsidR="006216B5" w:rsidRPr="00CF08DF" w:rsidRDefault="006216B5" w:rsidP="006216B5">
      <w:pPr>
        <w:spacing w:after="64"/>
        <w:ind w:left="1020" w:hanging="85"/>
        <w:rPr>
          <w:lang w:val="sv-SE"/>
        </w:rPr>
      </w:pPr>
      <w:sdt>
        <w:sdtPr>
          <w:rPr>
            <w:lang w:val="sv-SE"/>
          </w:rPr>
          <w:id w:val="4889861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sv-SE"/>
            </w:rPr>
            <w:t>☐</w:t>
          </w:r>
        </w:sdtContent>
      </w:sdt>
      <w:r>
        <w:rPr>
          <w:lang w:val="sv-SE"/>
        </w:rPr>
        <w:t xml:space="preserve"> </w:t>
      </w:r>
      <w:r w:rsidR="00000000" w:rsidRPr="00CF08DF">
        <w:rPr>
          <w:lang w:val="sv-SE"/>
        </w:rPr>
        <w:t>Dammsugning av golv och mattor (lyfter eller flyttar inte stora möbler och mattor)</w:t>
      </w:r>
    </w:p>
    <w:p w14:paraId="48019AE6" w14:textId="17CE5E66" w:rsidR="001334C5" w:rsidRPr="00CF08DF" w:rsidRDefault="006216B5">
      <w:pPr>
        <w:spacing w:after="64"/>
        <w:ind w:left="1020" w:hanging="85"/>
        <w:rPr>
          <w:lang w:val="sv-SE"/>
        </w:rPr>
      </w:pPr>
      <w:sdt>
        <w:sdtPr>
          <w:rPr>
            <w:lang w:val="sv-SE"/>
          </w:rPr>
          <w:id w:val="710144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sv-SE"/>
            </w:rPr>
            <w:t>☐</w:t>
          </w:r>
        </w:sdtContent>
      </w:sdt>
      <w:r>
        <w:rPr>
          <w:lang w:val="sv-SE"/>
        </w:rPr>
        <w:t xml:space="preserve"> </w:t>
      </w:r>
      <w:r w:rsidR="00000000" w:rsidRPr="00CF08DF">
        <w:rPr>
          <w:lang w:val="sv-SE"/>
        </w:rPr>
        <w:t>Moppning golv</w:t>
      </w:r>
    </w:p>
    <w:p w14:paraId="00A0499E" w14:textId="63082D65" w:rsidR="001334C5" w:rsidRPr="00CF08DF" w:rsidRDefault="006216B5">
      <w:pPr>
        <w:spacing w:after="64"/>
        <w:ind w:left="1020" w:hanging="85"/>
        <w:rPr>
          <w:lang w:val="sv-SE"/>
        </w:rPr>
      </w:pPr>
      <w:sdt>
        <w:sdtPr>
          <w:rPr>
            <w:lang w:val="sv-SE"/>
          </w:rPr>
          <w:id w:val="18178377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sv-SE"/>
            </w:rPr>
            <w:t>☐</w:t>
          </w:r>
        </w:sdtContent>
      </w:sdt>
      <w:r>
        <w:rPr>
          <w:lang w:val="sv-SE"/>
        </w:rPr>
        <w:t xml:space="preserve"> </w:t>
      </w:r>
      <w:r w:rsidR="00000000" w:rsidRPr="00CF08DF">
        <w:rPr>
          <w:lang w:val="sv-SE"/>
        </w:rPr>
        <w:t>Putsning av speglar</w:t>
      </w:r>
    </w:p>
    <w:p w14:paraId="2034E0A2" w14:textId="4BC25A53" w:rsidR="001334C5" w:rsidRPr="00CF08DF" w:rsidRDefault="006216B5">
      <w:pPr>
        <w:spacing w:after="64"/>
        <w:ind w:left="1020" w:hanging="85"/>
        <w:rPr>
          <w:lang w:val="sv-SE"/>
        </w:rPr>
      </w:pPr>
      <w:sdt>
        <w:sdtPr>
          <w:rPr>
            <w:lang w:val="sv-SE"/>
          </w:rPr>
          <w:id w:val="-806136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sv-SE"/>
            </w:rPr>
            <w:t>☐</w:t>
          </w:r>
        </w:sdtContent>
      </w:sdt>
      <w:r>
        <w:rPr>
          <w:lang w:val="sv-SE"/>
        </w:rPr>
        <w:t xml:space="preserve"> </w:t>
      </w:r>
      <w:r w:rsidR="00000000" w:rsidRPr="00CF08DF">
        <w:rPr>
          <w:lang w:val="sv-SE"/>
        </w:rPr>
        <w:t>Dammtorkning av fria horisontella ytor (högst 1,8 m)</w:t>
      </w:r>
    </w:p>
    <w:p w14:paraId="279A5D1A" w14:textId="7A100BCC" w:rsidR="001334C5" w:rsidRPr="00CF08DF" w:rsidRDefault="006216B5">
      <w:pPr>
        <w:spacing w:after="64"/>
        <w:ind w:left="1020" w:hanging="85"/>
        <w:rPr>
          <w:lang w:val="sv-SE"/>
        </w:rPr>
      </w:pPr>
      <w:sdt>
        <w:sdtPr>
          <w:rPr>
            <w:lang w:val="sv-SE"/>
          </w:rPr>
          <w:id w:val="-2811097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sv-SE"/>
            </w:rPr>
            <w:t>☐</w:t>
          </w:r>
        </w:sdtContent>
      </w:sdt>
      <w:r>
        <w:rPr>
          <w:lang w:val="sv-SE"/>
        </w:rPr>
        <w:t xml:space="preserve"> </w:t>
      </w:r>
      <w:r w:rsidR="00000000" w:rsidRPr="00CF08DF">
        <w:rPr>
          <w:lang w:val="sv-SE"/>
        </w:rPr>
        <w:t>Avtorkning av strömbrytare</w:t>
      </w:r>
    </w:p>
    <w:p w14:paraId="67F280E7" w14:textId="54A195A8" w:rsidR="001334C5" w:rsidRPr="00CF08DF" w:rsidRDefault="006216B5">
      <w:pPr>
        <w:spacing w:after="64"/>
        <w:ind w:left="1020" w:hanging="85"/>
        <w:rPr>
          <w:lang w:val="sv-SE"/>
        </w:rPr>
      </w:pPr>
      <w:sdt>
        <w:sdtPr>
          <w:rPr>
            <w:lang w:val="sv-SE"/>
          </w:rPr>
          <w:id w:val="-11260738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sv-SE"/>
            </w:rPr>
            <w:t>☐</w:t>
          </w:r>
        </w:sdtContent>
      </w:sdt>
      <w:r>
        <w:rPr>
          <w:lang w:val="sv-SE"/>
        </w:rPr>
        <w:t xml:space="preserve"> </w:t>
      </w:r>
      <w:r w:rsidR="00000000" w:rsidRPr="00CF08DF">
        <w:rPr>
          <w:lang w:val="sv-SE"/>
        </w:rPr>
        <w:t xml:space="preserve">Dörrar </w:t>
      </w:r>
      <w:proofErr w:type="spellStart"/>
      <w:r w:rsidR="00000000" w:rsidRPr="00CF08DF">
        <w:rPr>
          <w:lang w:val="sv-SE"/>
        </w:rPr>
        <w:t>avfläckas</w:t>
      </w:r>
      <w:proofErr w:type="spellEnd"/>
    </w:p>
    <w:p w14:paraId="5D4806EE" w14:textId="55F7344F" w:rsidR="001334C5" w:rsidRPr="00CF08DF" w:rsidRDefault="006216B5">
      <w:pPr>
        <w:spacing w:after="64"/>
        <w:ind w:left="1020" w:hanging="85"/>
        <w:rPr>
          <w:lang w:val="sv-SE"/>
        </w:rPr>
      </w:pPr>
      <w:sdt>
        <w:sdtPr>
          <w:rPr>
            <w:lang w:val="sv-SE"/>
          </w:rPr>
          <w:id w:val="-16219119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sv-SE"/>
            </w:rPr>
            <w:t>☐</w:t>
          </w:r>
        </w:sdtContent>
      </w:sdt>
      <w:r>
        <w:rPr>
          <w:lang w:val="sv-SE"/>
        </w:rPr>
        <w:t xml:space="preserve"> </w:t>
      </w:r>
      <w:r w:rsidR="00000000" w:rsidRPr="00CF08DF">
        <w:rPr>
          <w:lang w:val="sv-SE"/>
        </w:rPr>
        <w:t>Dörrhandtag avtorkas</w:t>
      </w:r>
    </w:p>
    <w:p w14:paraId="275C75BE" w14:textId="77777777" w:rsidR="00BE3F97" w:rsidRDefault="00BE3F97">
      <w:pPr>
        <w:spacing w:before="80" w:after="160"/>
        <w:ind w:left="680"/>
        <w:rPr>
          <w:b/>
          <w:lang w:val="sv-SE"/>
        </w:rPr>
      </w:pPr>
    </w:p>
    <w:p w14:paraId="2F3EB4EC" w14:textId="0E85355A" w:rsidR="001334C5" w:rsidRPr="00BE3F97" w:rsidRDefault="00000000">
      <w:pPr>
        <w:spacing w:before="80" w:after="160"/>
        <w:ind w:left="680"/>
        <w:rPr>
          <w:b/>
          <w:lang w:val="sv-SE"/>
        </w:rPr>
      </w:pPr>
      <w:r w:rsidRPr="00BE3F97">
        <w:rPr>
          <w:b/>
          <w:lang w:val="sv-SE"/>
        </w:rPr>
        <w:t>Bad &amp; Toalett</w:t>
      </w:r>
    </w:p>
    <w:p w14:paraId="13AFA11F" w14:textId="2755CC4D" w:rsidR="001334C5" w:rsidRPr="00CF08DF" w:rsidRDefault="00BE3F97">
      <w:pPr>
        <w:spacing w:after="64"/>
        <w:ind w:left="1020" w:hanging="85"/>
        <w:rPr>
          <w:lang w:val="sv-SE"/>
        </w:rPr>
      </w:pPr>
      <w:sdt>
        <w:sdtPr>
          <w:rPr>
            <w:lang w:val="sv-SE"/>
          </w:rPr>
          <w:id w:val="16445449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sv-SE"/>
            </w:rPr>
            <w:t>☐</w:t>
          </w:r>
        </w:sdtContent>
      </w:sdt>
      <w:r>
        <w:rPr>
          <w:lang w:val="sv-SE"/>
        </w:rPr>
        <w:t xml:space="preserve"> </w:t>
      </w:r>
      <w:r w:rsidR="00000000" w:rsidRPr="00CF08DF">
        <w:rPr>
          <w:lang w:val="sv-SE"/>
        </w:rPr>
        <w:t>Rengöring av badkar/dusch/toalett och stänkytor kakel</w:t>
      </w:r>
    </w:p>
    <w:p w14:paraId="53C4DE81" w14:textId="218B78B3" w:rsidR="001334C5" w:rsidRPr="00CF08DF" w:rsidRDefault="00BE3F97">
      <w:pPr>
        <w:spacing w:after="64"/>
        <w:ind w:left="1020" w:hanging="85"/>
        <w:rPr>
          <w:lang w:val="sv-SE"/>
        </w:rPr>
      </w:pPr>
      <w:sdt>
        <w:sdtPr>
          <w:rPr>
            <w:lang w:val="sv-SE"/>
          </w:rPr>
          <w:id w:val="-8437734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sv-SE"/>
            </w:rPr>
            <w:t>☐</w:t>
          </w:r>
        </w:sdtContent>
      </w:sdt>
      <w:r>
        <w:rPr>
          <w:lang w:val="sv-SE"/>
        </w:rPr>
        <w:t xml:space="preserve"> </w:t>
      </w:r>
      <w:r w:rsidR="00000000" w:rsidRPr="00CF08DF">
        <w:rPr>
          <w:lang w:val="sv-SE"/>
        </w:rPr>
        <w:t>Rengöring av kran och handfat</w:t>
      </w:r>
    </w:p>
    <w:p w14:paraId="4298D633" w14:textId="7EA22385" w:rsidR="001334C5" w:rsidRPr="00CF08DF" w:rsidRDefault="00BE3F97">
      <w:pPr>
        <w:spacing w:after="64"/>
        <w:ind w:left="1020" w:hanging="85"/>
        <w:rPr>
          <w:lang w:val="sv-SE"/>
        </w:rPr>
      </w:pPr>
      <w:sdt>
        <w:sdtPr>
          <w:rPr>
            <w:lang w:val="sv-SE"/>
          </w:rPr>
          <w:id w:val="3033522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sv-SE"/>
            </w:rPr>
            <w:t>☐</w:t>
          </w:r>
        </w:sdtContent>
      </w:sdt>
      <w:r>
        <w:rPr>
          <w:lang w:val="sv-SE"/>
        </w:rPr>
        <w:t xml:space="preserve"> </w:t>
      </w:r>
      <w:r w:rsidR="00000000" w:rsidRPr="00CF08DF">
        <w:rPr>
          <w:lang w:val="sv-SE"/>
        </w:rPr>
        <w:t>Rengöring av vitvaror utvändigt</w:t>
      </w:r>
    </w:p>
    <w:p w14:paraId="7C5E4C79" w14:textId="52EFFE61" w:rsidR="001334C5" w:rsidRPr="00CF08DF" w:rsidRDefault="00BE3F97">
      <w:pPr>
        <w:spacing w:after="64"/>
        <w:ind w:left="1020" w:hanging="85"/>
        <w:rPr>
          <w:lang w:val="sv-SE"/>
        </w:rPr>
      </w:pPr>
      <w:sdt>
        <w:sdtPr>
          <w:rPr>
            <w:lang w:val="sv-SE"/>
          </w:rPr>
          <w:id w:val="-5850757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sv-SE"/>
            </w:rPr>
            <w:t>☐</w:t>
          </w:r>
        </w:sdtContent>
      </w:sdt>
      <w:r>
        <w:rPr>
          <w:lang w:val="sv-SE"/>
        </w:rPr>
        <w:t xml:space="preserve"> </w:t>
      </w:r>
      <w:r w:rsidR="00000000" w:rsidRPr="00CF08DF">
        <w:rPr>
          <w:lang w:val="sv-SE"/>
        </w:rPr>
        <w:t>Torkning av badrumsskåp utvändigt och spegel</w:t>
      </w:r>
    </w:p>
    <w:p w14:paraId="48A8B804" w14:textId="5BFEBCA2" w:rsidR="001334C5" w:rsidRPr="00CF08DF" w:rsidRDefault="00BE3F97">
      <w:pPr>
        <w:spacing w:after="64"/>
        <w:ind w:left="1020" w:hanging="85"/>
        <w:rPr>
          <w:lang w:val="sv-SE"/>
        </w:rPr>
      </w:pPr>
      <w:sdt>
        <w:sdtPr>
          <w:rPr>
            <w:lang w:val="sv-SE"/>
          </w:rPr>
          <w:id w:val="14379504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sv-SE"/>
            </w:rPr>
            <w:t>☐</w:t>
          </w:r>
        </w:sdtContent>
      </w:sdt>
      <w:r>
        <w:rPr>
          <w:lang w:val="sv-SE"/>
        </w:rPr>
        <w:t xml:space="preserve"> </w:t>
      </w:r>
      <w:r w:rsidR="00000000" w:rsidRPr="00CF08DF">
        <w:rPr>
          <w:lang w:val="sv-SE"/>
        </w:rPr>
        <w:t>Torkning av kakel vid handfat</w:t>
      </w:r>
    </w:p>
    <w:p w14:paraId="0F921FC1" w14:textId="77777777" w:rsidR="00BE3F97" w:rsidRDefault="00BE3F97">
      <w:pPr>
        <w:spacing w:before="80" w:after="160"/>
        <w:ind w:left="680"/>
        <w:rPr>
          <w:b/>
          <w:lang w:val="sv-SE"/>
        </w:rPr>
      </w:pPr>
    </w:p>
    <w:p w14:paraId="0BA84740" w14:textId="211DCEC5" w:rsidR="001334C5" w:rsidRPr="00BE3F97" w:rsidRDefault="00000000">
      <w:pPr>
        <w:spacing w:before="80" w:after="160"/>
        <w:ind w:left="680"/>
        <w:rPr>
          <w:b/>
          <w:lang w:val="sv-SE"/>
        </w:rPr>
      </w:pPr>
      <w:r w:rsidRPr="00BE3F97">
        <w:rPr>
          <w:b/>
          <w:lang w:val="sv-SE"/>
        </w:rPr>
        <w:t>Kök</w:t>
      </w:r>
    </w:p>
    <w:p w14:paraId="51C214E7" w14:textId="5697742F" w:rsidR="001334C5" w:rsidRPr="00CF08DF" w:rsidRDefault="00BE3F97">
      <w:pPr>
        <w:spacing w:after="64"/>
        <w:ind w:left="1020" w:hanging="85"/>
        <w:rPr>
          <w:lang w:val="sv-SE"/>
        </w:rPr>
      </w:pPr>
      <w:sdt>
        <w:sdtPr>
          <w:rPr>
            <w:lang w:val="sv-SE"/>
          </w:rPr>
          <w:id w:val="21032140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sv-SE"/>
            </w:rPr>
            <w:t>☐</w:t>
          </w:r>
        </w:sdtContent>
      </w:sdt>
      <w:r>
        <w:rPr>
          <w:lang w:val="sv-SE"/>
        </w:rPr>
        <w:t xml:space="preserve"> </w:t>
      </w:r>
      <w:r w:rsidR="00000000" w:rsidRPr="00CF08DF">
        <w:rPr>
          <w:lang w:val="sv-SE"/>
        </w:rPr>
        <w:t>Rengöring av disk- och köksbänk, spis utvändigt och kakel</w:t>
      </w:r>
    </w:p>
    <w:p w14:paraId="1DA8B3AB" w14:textId="0B51070B" w:rsidR="001334C5" w:rsidRPr="00CF08DF" w:rsidRDefault="00BE3F97">
      <w:pPr>
        <w:spacing w:after="64"/>
        <w:ind w:left="1020" w:hanging="85"/>
        <w:rPr>
          <w:lang w:val="sv-SE"/>
        </w:rPr>
      </w:pPr>
      <w:sdt>
        <w:sdtPr>
          <w:rPr>
            <w:lang w:val="sv-SE"/>
          </w:rPr>
          <w:id w:val="-4869446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sv-SE"/>
            </w:rPr>
            <w:t>☐</w:t>
          </w:r>
        </w:sdtContent>
      </w:sdt>
      <w:r>
        <w:rPr>
          <w:lang w:val="sv-SE"/>
        </w:rPr>
        <w:t xml:space="preserve"> </w:t>
      </w:r>
      <w:r w:rsidR="00000000" w:rsidRPr="00CF08DF">
        <w:rPr>
          <w:lang w:val="sv-SE"/>
        </w:rPr>
        <w:t>Mikro invändigt och utvändigt</w:t>
      </w:r>
    </w:p>
    <w:p w14:paraId="6C01611D" w14:textId="3E87EDEA" w:rsidR="001334C5" w:rsidRPr="00CF08DF" w:rsidRDefault="00BE3F97">
      <w:pPr>
        <w:spacing w:after="64"/>
        <w:ind w:left="1020" w:hanging="85"/>
        <w:rPr>
          <w:lang w:val="sv-SE"/>
        </w:rPr>
      </w:pPr>
      <w:sdt>
        <w:sdtPr>
          <w:rPr>
            <w:lang w:val="sv-SE"/>
          </w:rPr>
          <w:id w:val="3708173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sv-SE"/>
            </w:rPr>
            <w:t>☐</w:t>
          </w:r>
        </w:sdtContent>
      </w:sdt>
      <w:r>
        <w:rPr>
          <w:lang w:val="sv-SE"/>
        </w:rPr>
        <w:t xml:space="preserve"> </w:t>
      </w:r>
      <w:r w:rsidR="00000000" w:rsidRPr="00CF08DF">
        <w:rPr>
          <w:lang w:val="sv-SE"/>
        </w:rPr>
        <w:t>Torkning av köksluckor och lådor utvändigt</w:t>
      </w:r>
    </w:p>
    <w:p w14:paraId="0BF78602" w14:textId="7FBEF755" w:rsidR="001334C5" w:rsidRPr="00CF08DF" w:rsidRDefault="00BE3F97">
      <w:pPr>
        <w:spacing w:after="64"/>
        <w:ind w:left="1020" w:hanging="85"/>
        <w:rPr>
          <w:lang w:val="sv-SE"/>
        </w:rPr>
      </w:pPr>
      <w:sdt>
        <w:sdtPr>
          <w:rPr>
            <w:lang w:val="sv-SE"/>
          </w:rPr>
          <w:id w:val="-4827042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sv-SE"/>
            </w:rPr>
            <w:t>☐</w:t>
          </w:r>
        </w:sdtContent>
      </w:sdt>
      <w:r>
        <w:rPr>
          <w:lang w:val="sv-SE"/>
        </w:rPr>
        <w:t xml:space="preserve"> </w:t>
      </w:r>
      <w:r w:rsidR="00000000" w:rsidRPr="00CF08DF">
        <w:rPr>
          <w:lang w:val="sv-SE"/>
        </w:rPr>
        <w:t>Torkning av vitvaror</w:t>
      </w:r>
    </w:p>
    <w:p w14:paraId="31DCA091" w14:textId="5C23631A" w:rsidR="001334C5" w:rsidRPr="00CF08DF" w:rsidRDefault="00BE3F97">
      <w:pPr>
        <w:spacing w:after="64"/>
        <w:ind w:left="1020" w:hanging="85"/>
        <w:rPr>
          <w:lang w:val="sv-SE"/>
        </w:rPr>
      </w:pPr>
      <w:sdt>
        <w:sdtPr>
          <w:rPr>
            <w:lang w:val="sv-SE"/>
          </w:rPr>
          <w:id w:val="18956154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sv-SE"/>
            </w:rPr>
            <w:t>☐</w:t>
          </w:r>
        </w:sdtContent>
      </w:sdt>
      <w:r>
        <w:rPr>
          <w:lang w:val="sv-SE"/>
        </w:rPr>
        <w:t xml:space="preserve"> </w:t>
      </w:r>
      <w:r w:rsidR="00000000" w:rsidRPr="00CF08DF">
        <w:rPr>
          <w:lang w:val="sv-SE"/>
        </w:rPr>
        <w:t>Arbetsbänkar avtorkas</w:t>
      </w:r>
    </w:p>
    <w:p w14:paraId="7808AA19" w14:textId="549DB396" w:rsidR="001334C5" w:rsidRPr="00CF08DF" w:rsidRDefault="00BE3F97">
      <w:pPr>
        <w:spacing w:after="64"/>
        <w:ind w:left="1020" w:hanging="85"/>
        <w:rPr>
          <w:lang w:val="sv-SE"/>
        </w:rPr>
      </w:pPr>
      <w:sdt>
        <w:sdtPr>
          <w:rPr>
            <w:lang w:val="sv-SE"/>
          </w:rPr>
          <w:id w:val="-729991315"/>
          <w:placeholder>
            <w:docPart w:val="DefaultPlaceholder_-1854013440"/>
          </w:placeholder>
        </w:sdtPr>
        <w:sdtContent>
          <w:sdt>
            <w:sdtPr>
              <w:rPr>
                <w:lang w:val="sv-SE"/>
              </w:rPr>
              <w:id w:val="-878786548"/>
              <w:placeholder>
                <w:docPart w:val="DefaultPlaceholder_-1854013440"/>
              </w:placeholder>
            </w:sdtPr>
            <w:sdtContent>
              <w:sdt>
                <w:sdtPr>
                  <w:rPr>
                    <w:lang w:val="sv-SE"/>
                  </w:rPr>
                  <w:id w:val="-204011241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>
                    <w:rPr>
                      <w:rFonts w:ascii="MS Gothic" w:eastAsia="MS Gothic" w:hAnsi="MS Gothic" w:hint="eastAsia"/>
                      <w:lang w:val="sv-SE"/>
                    </w:rPr>
                    <w:t>☐</w:t>
                  </w:r>
                </w:sdtContent>
              </w:sdt>
              <w:r>
                <w:rPr>
                  <w:lang w:val="sv-SE"/>
                </w:rPr>
                <w:t xml:space="preserve"> </w:t>
              </w:r>
            </w:sdtContent>
          </w:sdt>
        </w:sdtContent>
      </w:sdt>
      <w:r w:rsidR="00000000" w:rsidRPr="00CF08DF">
        <w:rPr>
          <w:lang w:val="sv-SE"/>
        </w:rPr>
        <w:t>Spiskåpa avtorkas utvändigt</w:t>
      </w:r>
    </w:p>
    <w:p w14:paraId="7F726F99" w14:textId="40FF64D9" w:rsidR="001334C5" w:rsidRPr="00CF08DF" w:rsidRDefault="00BE3F97">
      <w:pPr>
        <w:spacing w:after="64"/>
        <w:ind w:left="1020" w:hanging="85"/>
        <w:rPr>
          <w:lang w:val="sv-SE"/>
        </w:rPr>
      </w:pPr>
      <w:sdt>
        <w:sdtPr>
          <w:rPr>
            <w:lang w:val="sv-SE"/>
          </w:rPr>
          <w:id w:val="12307276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sv-SE"/>
            </w:rPr>
            <w:t>☐</w:t>
          </w:r>
        </w:sdtContent>
      </w:sdt>
      <w:r>
        <w:rPr>
          <w:lang w:val="sv-SE"/>
        </w:rPr>
        <w:t xml:space="preserve"> </w:t>
      </w:r>
      <w:r w:rsidR="00000000" w:rsidRPr="00CF08DF">
        <w:rPr>
          <w:lang w:val="sv-SE"/>
        </w:rPr>
        <w:t>Diskho avtorkas (om den är tom)</w:t>
      </w:r>
    </w:p>
    <w:p w14:paraId="64303DC9" w14:textId="20CCAD21" w:rsidR="001334C5" w:rsidRPr="00CF08DF" w:rsidRDefault="00BE3F97">
      <w:pPr>
        <w:spacing w:after="64"/>
        <w:ind w:left="1020" w:hanging="85"/>
        <w:rPr>
          <w:lang w:val="sv-SE"/>
        </w:rPr>
      </w:pPr>
      <w:sdt>
        <w:sdtPr>
          <w:rPr>
            <w:lang w:val="sv-SE"/>
          </w:rPr>
          <w:id w:val="-7356982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sv-SE"/>
            </w:rPr>
            <w:t>☐</w:t>
          </w:r>
        </w:sdtContent>
      </w:sdt>
      <w:r>
        <w:rPr>
          <w:lang w:val="sv-SE"/>
        </w:rPr>
        <w:t xml:space="preserve"> </w:t>
      </w:r>
      <w:r w:rsidR="00000000" w:rsidRPr="00CF08DF">
        <w:rPr>
          <w:lang w:val="sv-SE"/>
        </w:rPr>
        <w:t>Köksstolar (sitsen) avtorkas eller dammsugs beroende på ytskikt</w:t>
      </w:r>
    </w:p>
    <w:p w14:paraId="7FCE6F53" w14:textId="6C48F2FA" w:rsidR="00BE3F97" w:rsidRDefault="00BE3F97">
      <w:pPr>
        <w:ind w:left="680"/>
      </w:pPr>
      <w:r>
        <w:rPr>
          <w:lang w:val="sv-SE"/>
        </w:rPr>
        <w:br/>
      </w:r>
      <w:r>
        <w:rPr>
          <w:lang w:val="sv-SE"/>
        </w:rPr>
        <w:br/>
      </w:r>
      <w:r>
        <w:rPr>
          <w:lang w:val="sv-SE"/>
        </w:rPr>
        <w:br/>
      </w:r>
      <w:r>
        <w:rPr>
          <w:lang w:val="sv-SE"/>
        </w:rPr>
        <w:br/>
      </w:r>
      <w:r w:rsidR="00000000">
        <w:t xml:space="preserve">Datum: </w:t>
      </w:r>
      <w:r>
        <w:t>________________________</w:t>
      </w:r>
      <w:r w:rsidR="00000000">
        <w:t xml:space="preserve"> </w:t>
      </w:r>
    </w:p>
    <w:p w14:paraId="4BF7AC1E" w14:textId="77777777" w:rsidR="00BE3F97" w:rsidRDefault="00BE3F97">
      <w:pPr>
        <w:ind w:left="680"/>
      </w:pPr>
    </w:p>
    <w:p w14:paraId="58C133C5" w14:textId="77777777" w:rsidR="00BE3F97" w:rsidRDefault="00BE3F97">
      <w:pPr>
        <w:ind w:left="680"/>
      </w:pPr>
    </w:p>
    <w:p w14:paraId="4C227BDA" w14:textId="77777777" w:rsidR="00BE3F97" w:rsidRDefault="00000000" w:rsidP="00BE3F97">
      <w:pPr>
        <w:ind w:left="680"/>
      </w:pPr>
      <w:proofErr w:type="spellStart"/>
      <w:r>
        <w:t>Städare</w:t>
      </w:r>
      <w:proofErr w:type="spellEnd"/>
      <w:r>
        <w:t>:</w:t>
      </w:r>
      <w:r w:rsidR="00BE3F97">
        <w:t xml:space="preserve"> </w:t>
      </w:r>
      <w:r w:rsidR="00BE3F97">
        <w:t xml:space="preserve">________________________ </w:t>
      </w:r>
    </w:p>
    <w:p w14:paraId="61F629C4" w14:textId="77777777" w:rsidR="00BE3F97" w:rsidRDefault="00BE3F97" w:rsidP="00BE3F97">
      <w:pPr>
        <w:ind w:left="680"/>
      </w:pPr>
    </w:p>
    <w:p w14:paraId="278523F0" w14:textId="3BAD40A9" w:rsidR="001334C5" w:rsidRDefault="001334C5">
      <w:pPr>
        <w:ind w:left="680"/>
      </w:pPr>
    </w:p>
    <w:sectPr w:rsidR="001334C5" w:rsidSect="00034616">
      <w:pgSz w:w="11906" w:h="16838"/>
      <w:pgMar w:top="454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97122641">
    <w:abstractNumId w:val="8"/>
  </w:num>
  <w:num w:numId="2" w16cid:durableId="1669091832">
    <w:abstractNumId w:val="6"/>
  </w:num>
  <w:num w:numId="3" w16cid:durableId="628054503">
    <w:abstractNumId w:val="5"/>
  </w:num>
  <w:num w:numId="4" w16cid:durableId="1090859239">
    <w:abstractNumId w:val="4"/>
  </w:num>
  <w:num w:numId="5" w16cid:durableId="1753619030">
    <w:abstractNumId w:val="7"/>
  </w:num>
  <w:num w:numId="6" w16cid:durableId="418794380">
    <w:abstractNumId w:val="3"/>
  </w:num>
  <w:num w:numId="7" w16cid:durableId="949049487">
    <w:abstractNumId w:val="2"/>
  </w:num>
  <w:num w:numId="8" w16cid:durableId="705109110">
    <w:abstractNumId w:val="1"/>
  </w:num>
  <w:num w:numId="9" w16cid:durableId="542060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334C5"/>
    <w:rsid w:val="0015074B"/>
    <w:rsid w:val="0029639D"/>
    <w:rsid w:val="00326F90"/>
    <w:rsid w:val="006216B5"/>
    <w:rsid w:val="00961C41"/>
    <w:rsid w:val="00AA1D8D"/>
    <w:rsid w:val="00B47730"/>
    <w:rsid w:val="00BE3F97"/>
    <w:rsid w:val="00CB0664"/>
    <w:rsid w:val="00CF08D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C1E89B"/>
  <w14:defaultImageDpi w14:val="330"/>
  <w15:docId w15:val="{0AD5D88C-C5E9-43D6-8364-3A7993FF7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F97"/>
    <w:pPr>
      <w:spacing w:after="0" w:line="252" w:lineRule="auto"/>
    </w:pPr>
    <w:rPr>
      <w:rFonts w:ascii="Arial" w:eastAsia="Arial" w:hAnsi="Arial"/>
      <w:sz w:val="21"/>
    </w:rPr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latshllartext">
    <w:name w:val="Placeholder Text"/>
    <w:basedOn w:val="Standardstycketeckensnitt"/>
    <w:uiPriority w:val="99"/>
    <w:semiHidden/>
    <w:rsid w:val="00BE3F9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0020CA-9DF6-4877-9715-6133928AD760}"/>
      </w:docPartPr>
      <w:docPartBody>
        <w:p w:rsidR="00000000" w:rsidRDefault="00407E2C">
          <w:r w:rsidRPr="001D0CD3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E2C"/>
    <w:rsid w:val="00407E2C"/>
    <w:rsid w:val="005D2F9F"/>
    <w:rsid w:val="00961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07E2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148</Words>
  <Characters>788</Characters>
  <Application>Microsoft Office Word</Application>
  <DocSecurity>0</DocSecurity>
  <Lines>6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Obed Samuel</cp:lastModifiedBy>
  <cp:revision>3</cp:revision>
  <dcterms:created xsi:type="dcterms:W3CDTF">2013-12-23T23:15:00Z</dcterms:created>
  <dcterms:modified xsi:type="dcterms:W3CDTF">2026-07-03T11:01:00Z</dcterms:modified>
  <cp:category/>
</cp:coreProperties>
</file>